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GENDER TIC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GENDER TIC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