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TOCOL OFFI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TOCOL OFFI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