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LEGAL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LEGAL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