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SECURITY ADVISOR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SECURITY ADVISOR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P01600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