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ASESOR EN SEGURIDAD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ASESOR EN SEGURIDAD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