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GRAMMES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GRAMMES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