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OCOL OFFICE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OCOL OFFICE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