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DE PROJET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DE PROJET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