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RECORD MANAGEMENT OFFICER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RECORD MANAGEMENT OFFICER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P02500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13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