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/E À LA DIRECTION DES PROGRA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/E À LA DIRECTION DES PROGRA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