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OFICIAL DE APOYO EN MATERIA DE SEGURIDAD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OFICIAL DE APOYO EN MATERIA DE SEGURIDAD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