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EHAVIOU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EHAVIOU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