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Programme Function Job Description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CERTIFIED TRANSLATOR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Function title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CERTIFIED TRANSLATOR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PFG code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P03100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GGF Level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12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