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CERTIFIED TRANSLATOR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CERTIFIED TRANSLATOR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P03100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