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COORDINATEUR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COORDINATEUR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