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PARTNER NGO 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PARTNER NGO 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