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 CULTURAL MEDIATO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 CULTURAL MEDIATO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