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ECTION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ECTION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