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QUALIFIED TRANSLATOR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QUALIFIED TRANSLATOR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