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IAISON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IAISON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