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ASSESSMENT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ASSESSMENT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