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RELATION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RELATION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