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-E DES RELATIONS AVEC LES PATIEN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-E DES RELATIONS AVEC LES PATIEN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