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NERAL DIR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NERAL DIR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