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GENERAL DIRECTOR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GENERAL DIRECTOR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P04600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