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JECT OPS RESPONSIB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JECT OPS RESPONSIB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