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PROTECTIO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PROTECTIO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