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CURITY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CURITY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