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URITY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URITY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