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SUPPLY CHAIN TEAM LEADER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SUPPLY CHAIN TEAM LEADER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S00400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