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'ÉQUIPE CHAINE D'APPROVISIONN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'ÉQUIPE CHAINE D'APPROVISIONN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