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COUNTRY SUPPLY CHAIN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COUNTRY SUPPLY CHAIN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