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CHAINE D'APPROVISIONNEMENT PROJET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CHAINE D'APPROVISIONNEMENT PROJET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