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REHOUS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REHOUS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