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CUREMEN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CUREMEN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