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COMPRAS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COMPRAS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