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WAREHOUSE SUPERVISOR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WAREHOUSE SUPERVISOR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S01700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