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LMACÉ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LMACÉ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