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'ENTREPO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'ENTREPO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