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CUREMENT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CUREMENT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