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ES ACHAT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ES ACHAT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