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TRANSPORT AND CUSTOMS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TRANSPORT AND CUSTOMS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