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S TRANSPORTS ET DOUA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S TRANSPORTS ET DOUA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