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ACTIVIDADES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ACTIVIDADES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