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PURCHASING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PURCHASING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