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 DES ACHATS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 DES ACHATS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