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ORDER PROCESSING OFFICER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ORDER PROCESSING OFFICER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S02300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11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