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ATA PROCESSING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ATA PROCESSING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