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STOREKEEPER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STOREKEEPER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