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ASSISTANT MAGASINIER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ASSISTANT MAGASINIER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S02700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